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7040880" cy="93878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9387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7040880" cy="93878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9387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7040880" cy="938784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9387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7040880" cy="93878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938784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504" w:right="576" w:bottom="504" w:left="57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银城员工端-学练模块场景使用说明</dc:title>
  <dc:subject>线上H5实操图文说明</dc:subject>
  <dc:creator>Codex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